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שאלה בסיפור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לענות על שאלות הבנה בעזרת מילות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במילות שאלה חדשות כמו למה ולאן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מבינים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בחצר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מילות שאלה והתשובה שלהן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(שם של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(דבר או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(זמן)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מאיה בת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תשובתה ליונתן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שאלות משלנו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- שואל על אדם, מה - שואל על 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צריכה לכלול את המילה איפה ולהתאים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להבין טוב יותר סיפורים ולשאול שאלות על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רם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להשמיט את החלקים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את התלמידים לחפש את התשובה בטקסט לפני שעונים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נקרא את הסיפור על היום הראשון של מאיה בבית הספר, ונתרגל מילות שאלה כמו מי, מה, איפה, מתי ולמה.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איפה  ·  מי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מבינים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עלתה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יונתן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מאיה פוגשת את יונתן?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איפה הם משחקים בכדור?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בחצר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מילות שאלה והתשובה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מִי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דבר או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אֵיפֹה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שם של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מָתַי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מילת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עלתה לישראל?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הם משחקים בהפסקה? (בחצר)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מאיה בת שמונה.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מאיה עלתה לישראל עם אמא ואבא.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מאיה עונה שקוראים לה מאיה.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כותבים שאלות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מי לבין 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שאלה אחת עם המילה איפה.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