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הבנה בעזרת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שאלה חדשות כמו למה ולאן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מבינים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איך קוראים לך?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כי יש לה חבר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שאלה והתשובה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של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או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(כיוון או יעד)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מאיה בת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תשובתה ליונתן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שמחה כי יש לה חבר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לאן מאיה הולכת בהפסקה?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עם מי מאיה עלתה לישראל?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- שואל על אדם, מה - שואל על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צריכה לכלול את המילה איפה ולהתאים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טוב יותר סיפורים ולשאול שאלות על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החלקים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לחפש את התשובה בטקסט לפני שעונים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סיפור קטן על מאיה. נלמד מילים ששואלות שאלות, כמו מי ואיפה.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מָתַי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לָמָּה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לְאָן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כיוון או יעד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עִם 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באיזה אדם מדובר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דרך או אופן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מבינים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הילדה שעלתה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שנים למאיה?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חלק של היום הם נפגשים?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מקום הם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השאלה של 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לאן את הולכת?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המורה שלך?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מאיה מרגישה שמחה?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לה חבר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הולכת הביתה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מילות שאלה והתשובה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או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כיוון או יעד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אֵיפֹה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מָתַי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של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לָמָּה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לְאָן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עלתה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מאיה פוגשת את יונתן? (בבוקר)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הם משחקים בהפסקה? (בחצר)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יונתן שואל את מאיה?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מאיה שמחה? (כי יש לה חבר חדש)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בת שמונה.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עלתה לישראל עם אמא ואבא.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ומאיה משחקים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עונה שקוראים לה מאיה.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עצובה כי אין לה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על הסיפור עם המילה לְאָן.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על הסיפור עם המילים עִם מִי.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 לבין 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איפה.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לדעת מילות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