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מילות שאלה – מי? מה? איפה? 🗝️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מילות שאלה – מי? מה? איפה?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מילות שאלה בסיפור קצר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לענות על שאלות הבנה בעזרת מילות השאלה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שימוש במילות שאלה חדשות כמו למה ולאן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מבינים את 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מאיה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שבע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בבוקר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בחצר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איך קוראים לך?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ג – כי יש לה חבר חדש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מילות שאלה והתשובה שלהן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(שם של אדם)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(דבר או פעולה)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(מקום)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ו (זמן)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(סיבה)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א (כיוון או יעד)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מילת השאלה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איפה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מאיה בת שבע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כתוב בסיפור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הם משחקים בחצר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זו תשובתה ליונתן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היא שמחה כי יש לה חבר חדש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כותבים שאלות משלנו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חופשית, לדוגמה: לאן מאיה הולכת בהפסקה?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חופשית, לדוגמה: עם מי מאיה עלתה לישראל?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מי - שואל על אדם, מה - שואל על דבר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השאלה צריכה לכלול את המילה איפה ולהתאים למקום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כדי להבין טוב יותר סיפורים ולשאול שאלות על העולם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לקרוא את הסיפור בקול רם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להשמיט את החלקים המסומנים כקשים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לעודד את התלמידים לחפש את התשובה בטקסט לפני שעונים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מילות שאלה – מי? מה? איפה? 🗝️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מילות שאלה – מי? מה? איפה?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נקרא את הסיפור על היום הראשון של מאיה בבית הספר, ונתרגל מילות שאלה כמו מי, מה, איפה, מתי ולמה.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מבינים את הסיפור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מי עלתה לישראל?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מאיה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יונתן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המורה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אמא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בת כמה מאיה?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חמש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עשר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שמונה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מתי מאיה פוגשת את יונתן?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בערב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בבוקר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בלילה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בצהריים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איפה הם משחקים בכדור?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בחצר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יונתן שואל את מאיה?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לאן את הולכת?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איך קוראים לך?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מתי ההפסקה?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מי המורה שלך?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מדוע מאיה שמחה?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יורד גשם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היא רעבה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יש לה חבר 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היא הולכת הביתה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מילות שאלה והתשובה שלהן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מִי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כיוון או יעד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מָה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סיבה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אֵיפֹה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שם של אדם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מָתַי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מקום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לָמָּה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דבר או פעולה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לְאָן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זמן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מילת השאלה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__________ עלתה לישראל?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__________ מאיה פוגשת את יונתן? (בבוקר)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__________ הם משחקים בהפסקה? (בחצר)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__________ יונתן שואל את מאיה?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__________ מאיה שמחה? (כי יש לה חבר חדש)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מאיה בת שמונה.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מאיה עלתה לישראל עם אמא ואבא.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יונתן ומאיה משחקים בכיתה.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מאיה עונה שקוראים לה מאיה.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מאיה עצובה כי אין לה חברים.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כותבים שאלות משלנו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שאלה אחת על הסיפור עם המילה לְאָן.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שאלה אחת על הסיפור עם המילים עִם מִי.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מי לבין מה?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שאלה אחת עם המילה איפה.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מדוע חשוב לדעת מילות שאלה?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מילות שאלה – מי? מה? איפה?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